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330C" w14:textId="5DAD08B1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Повне</w:t>
      </w:r>
      <w:proofErr w:type="spellEnd"/>
      <w:r w:rsidRPr="006A5B25">
        <w:rPr>
          <w:b/>
          <w:i/>
          <w:lang w:val="ru-RU"/>
        </w:rPr>
        <w:t xml:space="preserve"> та </w:t>
      </w:r>
      <w:proofErr w:type="spellStart"/>
      <w:r w:rsidRPr="006A5B25">
        <w:rPr>
          <w:b/>
          <w:i/>
          <w:lang w:val="ru-RU"/>
        </w:rPr>
        <w:t>скорочене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найменування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суб'єкта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господарювання</w:t>
      </w:r>
      <w:proofErr w:type="spellEnd"/>
      <w:r w:rsidRPr="006A5B25">
        <w:rPr>
          <w:b/>
          <w:i/>
          <w:lang w:val="ru-RU"/>
        </w:rPr>
        <w:t>:</w:t>
      </w:r>
      <w:r w:rsidRPr="006A5B25">
        <w:rPr>
          <w:lang w:val="ru-RU"/>
        </w:rPr>
        <w:t xml:space="preserve"> ТОВАРИСТВО З ОБМЕЖЕНОЮ ВІДПОВІДАЛЬНІСТЮ «КОЗЯТИНБУД» (</w:t>
      </w:r>
      <w:r w:rsidRPr="006A5B25">
        <w:rPr>
          <w:lang w:val="ru-RU"/>
        </w:rPr>
        <w:t>ТОВ "КОЗЯТИНБУД"</w:t>
      </w:r>
      <w:r>
        <w:rPr>
          <w:lang w:val="ru-RU"/>
        </w:rPr>
        <w:t>)</w:t>
      </w:r>
    </w:p>
    <w:p w14:paraId="0C863CC9" w14:textId="77777777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Ідентифікаційний</w:t>
      </w:r>
      <w:proofErr w:type="spellEnd"/>
      <w:r w:rsidRPr="006A5B25">
        <w:rPr>
          <w:b/>
          <w:i/>
          <w:lang w:val="ru-RU"/>
        </w:rPr>
        <w:t xml:space="preserve"> код </w:t>
      </w:r>
      <w:proofErr w:type="spellStart"/>
      <w:r w:rsidRPr="006A5B25">
        <w:rPr>
          <w:b/>
          <w:i/>
          <w:lang w:val="ru-RU"/>
        </w:rPr>
        <w:t>юридичної</w:t>
      </w:r>
      <w:proofErr w:type="spellEnd"/>
      <w:r w:rsidRPr="006A5B25">
        <w:rPr>
          <w:b/>
          <w:i/>
          <w:lang w:val="ru-RU"/>
        </w:rPr>
        <w:t xml:space="preserve"> особи в ЄДРПОУ –</w:t>
      </w:r>
      <w:r w:rsidRPr="006A5B25">
        <w:rPr>
          <w:lang w:val="ru-RU"/>
        </w:rPr>
        <w:t xml:space="preserve"> 41219561.</w:t>
      </w:r>
    </w:p>
    <w:p w14:paraId="14D6B461" w14:textId="38FDF995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Місце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знаходження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суб'єкта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господарювання</w:t>
      </w:r>
      <w:proofErr w:type="spellEnd"/>
      <w:r w:rsidRPr="006A5B25">
        <w:rPr>
          <w:b/>
          <w:i/>
          <w:lang w:val="ru-RU"/>
        </w:rPr>
        <w:t xml:space="preserve">, </w:t>
      </w:r>
      <w:proofErr w:type="spellStart"/>
      <w:r w:rsidRPr="006A5B25">
        <w:rPr>
          <w:b/>
          <w:i/>
          <w:lang w:val="ru-RU"/>
        </w:rPr>
        <w:t>контактний</w:t>
      </w:r>
      <w:proofErr w:type="spellEnd"/>
      <w:r w:rsidRPr="006A5B25">
        <w:rPr>
          <w:b/>
          <w:i/>
          <w:lang w:val="ru-RU"/>
        </w:rPr>
        <w:t xml:space="preserve"> номер </w:t>
      </w:r>
      <w:r w:rsidRPr="006A5B25">
        <w:rPr>
          <w:b/>
          <w:i/>
          <w:lang w:val="ru-RU"/>
        </w:rPr>
        <w:t xml:space="preserve">телефону, адреса </w:t>
      </w:r>
      <w:proofErr w:type="spellStart"/>
      <w:r w:rsidRPr="006A5B25">
        <w:rPr>
          <w:b/>
          <w:i/>
          <w:lang w:val="ru-RU"/>
        </w:rPr>
        <w:t>електронної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пошти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суб'єкта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господарювання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22100, </w:t>
      </w:r>
      <w:proofErr w:type="spellStart"/>
      <w:r w:rsidRPr="006A5B25">
        <w:rPr>
          <w:lang w:val="ru-RU"/>
        </w:rPr>
        <w:t>Україна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Вінницька</w:t>
      </w:r>
      <w:proofErr w:type="spellEnd"/>
      <w:r w:rsidRPr="006A5B25">
        <w:rPr>
          <w:lang w:val="ru-RU"/>
        </w:rPr>
        <w:t xml:space="preserve"> обл., м. </w:t>
      </w:r>
      <w:proofErr w:type="spellStart"/>
      <w:r w:rsidRPr="006A5B25">
        <w:rPr>
          <w:lang w:val="ru-RU"/>
        </w:rPr>
        <w:t>Козятин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вул</w:t>
      </w:r>
      <w:proofErr w:type="spellEnd"/>
      <w:r w:rsidRPr="006A5B25">
        <w:rPr>
          <w:lang w:val="ru-RU"/>
        </w:rPr>
        <w:t>. Довженка, буд. 107. Тел. +38</w:t>
      </w:r>
      <w:r w:rsidRPr="006A5B25">
        <w:rPr>
          <w:lang w:val="ru-RU"/>
        </w:rPr>
        <w:t>0937507727</w:t>
      </w:r>
      <w:r w:rsidRPr="006A5B25">
        <w:rPr>
          <w:lang w:val="ru-RU"/>
        </w:rPr>
        <w:t xml:space="preserve"> Е-</w:t>
      </w:r>
      <w:r>
        <w:t>mail</w:t>
      </w:r>
      <w:r w:rsidRPr="006A5B25">
        <w:rPr>
          <w:lang w:val="ru-RU"/>
        </w:rPr>
        <w:t xml:space="preserve">: </w:t>
      </w:r>
      <w:r w:rsidRPr="006A5B25">
        <w:rPr>
          <w:lang w:val="ru-RU"/>
        </w:rPr>
        <w:t>oazis2803@gmail.com</w:t>
      </w:r>
      <w:r>
        <w:rPr>
          <w:lang w:val="ru-RU"/>
        </w:rPr>
        <w:t>.</w:t>
      </w:r>
    </w:p>
    <w:p w14:paraId="0BD29A0D" w14:textId="43558AAD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Місцезнаходження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об'єкта</w:t>
      </w:r>
      <w:proofErr w:type="spellEnd"/>
      <w:r w:rsidRPr="006A5B25">
        <w:rPr>
          <w:b/>
          <w:i/>
          <w:lang w:val="ru-RU"/>
        </w:rPr>
        <w:t>/</w:t>
      </w:r>
      <w:proofErr w:type="spellStart"/>
      <w:r w:rsidRPr="006A5B25">
        <w:rPr>
          <w:b/>
          <w:i/>
          <w:lang w:val="ru-RU"/>
        </w:rPr>
        <w:t>промислового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майданчика</w:t>
      </w:r>
      <w:proofErr w:type="spellEnd"/>
      <w:r w:rsidRPr="006A5B25">
        <w:rPr>
          <w:b/>
          <w:i/>
          <w:lang w:val="ru-RU"/>
        </w:rPr>
        <w:t xml:space="preserve"> –</w:t>
      </w:r>
      <w:r>
        <w:rPr>
          <w:lang w:val="ru-RU"/>
        </w:rPr>
        <w:t xml:space="preserve"> 22100, </w:t>
      </w:r>
      <w:proofErr w:type="spellStart"/>
      <w:r w:rsidRPr="006A5B25">
        <w:rPr>
          <w:lang w:val="ru-RU"/>
        </w:rPr>
        <w:t>Вінницька</w:t>
      </w:r>
      <w:proofErr w:type="spellEnd"/>
      <w:r w:rsidRPr="006A5B25">
        <w:rPr>
          <w:lang w:val="ru-RU"/>
        </w:rPr>
        <w:t xml:space="preserve"> </w:t>
      </w:r>
      <w:r w:rsidRPr="006A5B25">
        <w:rPr>
          <w:lang w:val="ru-RU"/>
        </w:rPr>
        <w:t xml:space="preserve">обл., </w:t>
      </w:r>
      <w:proofErr w:type="spellStart"/>
      <w:r w:rsidRPr="006A5B25">
        <w:rPr>
          <w:lang w:val="ru-RU"/>
        </w:rPr>
        <w:t>Хмільницький</w:t>
      </w:r>
      <w:proofErr w:type="spellEnd"/>
      <w:r w:rsidRPr="006A5B25">
        <w:rPr>
          <w:lang w:val="ru-RU"/>
        </w:rPr>
        <w:t xml:space="preserve"> р-н, м. </w:t>
      </w:r>
      <w:proofErr w:type="spellStart"/>
      <w:r w:rsidRPr="006A5B25">
        <w:rPr>
          <w:lang w:val="ru-RU"/>
        </w:rPr>
        <w:t>Козятин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вул</w:t>
      </w:r>
      <w:proofErr w:type="spellEnd"/>
      <w:r w:rsidRPr="006A5B25">
        <w:rPr>
          <w:lang w:val="ru-RU"/>
        </w:rPr>
        <w:t xml:space="preserve">. </w:t>
      </w:r>
      <w:proofErr w:type="spellStart"/>
      <w:r w:rsidRPr="006A5B25">
        <w:rPr>
          <w:lang w:val="ru-RU"/>
        </w:rPr>
        <w:t>Героїв</w:t>
      </w:r>
      <w:proofErr w:type="spellEnd"/>
      <w:r w:rsidRPr="006A5B25">
        <w:rPr>
          <w:lang w:val="ru-RU"/>
        </w:rPr>
        <w:t xml:space="preserve"> Майдану, 20.</w:t>
      </w:r>
    </w:p>
    <w:p w14:paraId="296C89AA" w14:textId="77777777" w:rsidR="00C857E0" w:rsidRPr="006A5B25" w:rsidRDefault="006A5B25" w:rsidP="006A5B25">
      <w:pPr>
        <w:spacing w:after="0"/>
        <w:jc w:val="both"/>
        <w:rPr>
          <w:lang w:val="ru-RU"/>
        </w:rPr>
      </w:pPr>
      <w:r w:rsidRPr="006A5B25">
        <w:rPr>
          <w:b/>
          <w:i/>
          <w:lang w:val="ru-RU"/>
        </w:rPr>
        <w:t xml:space="preserve">Мета </w:t>
      </w:r>
      <w:proofErr w:type="spellStart"/>
      <w:r w:rsidRPr="006A5B25">
        <w:rPr>
          <w:b/>
          <w:i/>
          <w:lang w:val="ru-RU"/>
        </w:rPr>
        <w:t>отримання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дозволу</w:t>
      </w:r>
      <w:proofErr w:type="spellEnd"/>
      <w:r w:rsidRPr="006A5B25">
        <w:rPr>
          <w:b/>
          <w:i/>
          <w:lang w:val="ru-RU"/>
        </w:rPr>
        <w:t xml:space="preserve"> -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визначення</w:t>
      </w:r>
      <w:proofErr w:type="spellEnd"/>
      <w:r w:rsidRPr="006A5B25">
        <w:rPr>
          <w:lang w:val="ru-RU"/>
        </w:rPr>
        <w:t xml:space="preserve"> та </w:t>
      </w:r>
      <w:proofErr w:type="spellStart"/>
      <w:r w:rsidRPr="006A5B25">
        <w:rPr>
          <w:lang w:val="ru-RU"/>
        </w:rPr>
        <w:t>регулювання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викидів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забруднюючих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речовин</w:t>
      </w:r>
      <w:proofErr w:type="spellEnd"/>
      <w:r w:rsidRPr="006A5B25">
        <w:rPr>
          <w:lang w:val="ru-RU"/>
        </w:rPr>
        <w:t xml:space="preserve"> (ЗР), </w:t>
      </w:r>
      <w:proofErr w:type="spellStart"/>
      <w:r w:rsidRPr="006A5B25">
        <w:rPr>
          <w:lang w:val="ru-RU"/>
        </w:rPr>
        <w:t>які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потрапляють</w:t>
      </w:r>
      <w:proofErr w:type="spellEnd"/>
      <w:r w:rsidRPr="006A5B25">
        <w:rPr>
          <w:lang w:val="ru-RU"/>
        </w:rPr>
        <w:t xml:space="preserve"> в атмосферу при </w:t>
      </w:r>
      <w:proofErr w:type="spellStart"/>
      <w:r w:rsidRPr="006A5B25">
        <w:rPr>
          <w:lang w:val="ru-RU"/>
        </w:rPr>
        <w:t>експлуатації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технологічного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обладнання</w:t>
      </w:r>
      <w:proofErr w:type="spellEnd"/>
      <w:r w:rsidRPr="006A5B25">
        <w:rPr>
          <w:lang w:val="ru-RU"/>
        </w:rPr>
        <w:t xml:space="preserve">, на </w:t>
      </w:r>
      <w:proofErr w:type="spellStart"/>
      <w:r w:rsidRPr="006A5B25">
        <w:rPr>
          <w:lang w:val="ru-RU"/>
        </w:rPr>
        <w:t>отримання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дозволу</w:t>
      </w:r>
      <w:proofErr w:type="spellEnd"/>
      <w:r w:rsidRPr="006A5B25">
        <w:rPr>
          <w:lang w:val="ru-RU"/>
        </w:rPr>
        <w:t xml:space="preserve"> на </w:t>
      </w:r>
      <w:proofErr w:type="spellStart"/>
      <w:r w:rsidRPr="006A5B25">
        <w:rPr>
          <w:lang w:val="ru-RU"/>
        </w:rPr>
        <w:t>викиди</w:t>
      </w:r>
      <w:proofErr w:type="spellEnd"/>
      <w:r w:rsidRPr="006A5B25">
        <w:rPr>
          <w:lang w:val="ru-RU"/>
        </w:rPr>
        <w:t xml:space="preserve"> ЗР для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існуючого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об’єкту</w:t>
      </w:r>
      <w:proofErr w:type="spellEnd"/>
      <w:r w:rsidRPr="006A5B25">
        <w:rPr>
          <w:lang w:val="ru-RU"/>
        </w:rPr>
        <w:t>.</w:t>
      </w:r>
    </w:p>
    <w:p w14:paraId="43EA074A" w14:textId="77777777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Відомості</w:t>
      </w:r>
      <w:proofErr w:type="spellEnd"/>
      <w:r w:rsidRPr="006A5B25">
        <w:rPr>
          <w:b/>
          <w:i/>
          <w:lang w:val="ru-RU"/>
        </w:rPr>
        <w:t xml:space="preserve"> про </w:t>
      </w:r>
      <w:proofErr w:type="spellStart"/>
      <w:r w:rsidRPr="006A5B25">
        <w:rPr>
          <w:b/>
          <w:i/>
          <w:lang w:val="ru-RU"/>
        </w:rPr>
        <w:t>наявність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висновку</w:t>
      </w:r>
      <w:proofErr w:type="spellEnd"/>
      <w:r w:rsidRPr="006A5B25">
        <w:rPr>
          <w:b/>
          <w:i/>
          <w:lang w:val="ru-RU"/>
        </w:rPr>
        <w:t xml:space="preserve"> з </w:t>
      </w:r>
      <w:proofErr w:type="spellStart"/>
      <w:r w:rsidRPr="006A5B25">
        <w:rPr>
          <w:b/>
          <w:i/>
          <w:lang w:val="ru-RU"/>
        </w:rPr>
        <w:t>оцінки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впливу</w:t>
      </w:r>
      <w:proofErr w:type="spellEnd"/>
      <w:r w:rsidRPr="006A5B25">
        <w:rPr>
          <w:b/>
          <w:i/>
          <w:lang w:val="ru-RU"/>
        </w:rPr>
        <w:t xml:space="preserve"> на </w:t>
      </w:r>
      <w:proofErr w:type="spellStart"/>
      <w:r w:rsidRPr="006A5B25">
        <w:rPr>
          <w:b/>
          <w:i/>
          <w:lang w:val="ru-RU"/>
        </w:rPr>
        <w:t>довкілля</w:t>
      </w:r>
      <w:proofErr w:type="spellEnd"/>
      <w:r w:rsidRPr="006A5B25">
        <w:rPr>
          <w:b/>
          <w:i/>
          <w:lang w:val="ru-RU"/>
        </w:rPr>
        <w:t xml:space="preserve"> (ОВД), в </w:t>
      </w:r>
      <w:proofErr w:type="spellStart"/>
      <w:r w:rsidRPr="006A5B25">
        <w:rPr>
          <w:b/>
          <w:i/>
          <w:lang w:val="ru-RU"/>
        </w:rPr>
        <w:t>якому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визначено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допустимість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провадження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планованої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діяльності</w:t>
      </w:r>
      <w:proofErr w:type="spellEnd"/>
      <w:r w:rsidRPr="006A5B25">
        <w:rPr>
          <w:b/>
          <w:i/>
          <w:lang w:val="ru-RU"/>
        </w:rPr>
        <w:t xml:space="preserve">, яка </w:t>
      </w:r>
      <w:proofErr w:type="spellStart"/>
      <w:r w:rsidRPr="006A5B25">
        <w:rPr>
          <w:b/>
          <w:i/>
          <w:lang w:val="ru-RU"/>
        </w:rPr>
        <w:t>згідно</w:t>
      </w:r>
      <w:proofErr w:type="spellEnd"/>
      <w:r w:rsidRPr="006A5B25">
        <w:rPr>
          <w:b/>
          <w:i/>
          <w:lang w:val="ru-RU"/>
        </w:rPr>
        <w:t xml:space="preserve"> з </w:t>
      </w:r>
      <w:proofErr w:type="spellStart"/>
      <w:r w:rsidRPr="006A5B25">
        <w:rPr>
          <w:b/>
          <w:i/>
          <w:lang w:val="ru-RU"/>
        </w:rPr>
        <w:t>вимогами</w:t>
      </w:r>
      <w:proofErr w:type="spellEnd"/>
      <w:r w:rsidRPr="006A5B25">
        <w:rPr>
          <w:b/>
          <w:i/>
          <w:lang w:val="ru-RU"/>
        </w:rPr>
        <w:t xml:space="preserve"> ЗУ «Про </w:t>
      </w:r>
      <w:proofErr w:type="spellStart"/>
      <w:r w:rsidRPr="006A5B25">
        <w:rPr>
          <w:b/>
          <w:i/>
          <w:lang w:val="ru-RU"/>
        </w:rPr>
        <w:t>оцінку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впливу</w:t>
      </w:r>
      <w:proofErr w:type="spellEnd"/>
      <w:r w:rsidRPr="006A5B25">
        <w:rPr>
          <w:b/>
          <w:i/>
          <w:lang w:val="ru-RU"/>
        </w:rPr>
        <w:t xml:space="preserve"> на </w:t>
      </w:r>
      <w:proofErr w:type="spellStart"/>
      <w:r w:rsidRPr="006A5B25">
        <w:rPr>
          <w:b/>
          <w:i/>
          <w:lang w:val="ru-RU"/>
        </w:rPr>
        <w:t>довкілля</w:t>
      </w:r>
      <w:proofErr w:type="spellEnd"/>
      <w:r w:rsidRPr="006A5B25">
        <w:rPr>
          <w:b/>
          <w:i/>
          <w:lang w:val="ru-RU"/>
        </w:rPr>
        <w:t xml:space="preserve">» </w:t>
      </w:r>
      <w:proofErr w:type="spellStart"/>
      <w:r w:rsidRPr="006A5B25">
        <w:rPr>
          <w:b/>
          <w:i/>
          <w:lang w:val="ru-RU"/>
        </w:rPr>
        <w:t>підлягає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оцінці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впливу</w:t>
      </w:r>
      <w:proofErr w:type="spellEnd"/>
      <w:r w:rsidRPr="006A5B25">
        <w:rPr>
          <w:b/>
          <w:i/>
          <w:lang w:val="ru-RU"/>
        </w:rPr>
        <w:t xml:space="preserve"> на </w:t>
      </w:r>
      <w:proofErr w:type="spellStart"/>
      <w:r w:rsidRPr="006A5B25">
        <w:rPr>
          <w:b/>
          <w:i/>
          <w:lang w:val="ru-RU"/>
        </w:rPr>
        <w:t>довкілля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Згідно</w:t>
      </w:r>
      <w:proofErr w:type="spellEnd"/>
      <w:r w:rsidRPr="006A5B25">
        <w:rPr>
          <w:lang w:val="ru-RU"/>
        </w:rPr>
        <w:t xml:space="preserve"> с</w:t>
      </w:r>
      <w:r w:rsidRPr="006A5B25">
        <w:rPr>
          <w:lang w:val="ru-RU"/>
        </w:rPr>
        <w:t xml:space="preserve">т. 3 ЗУ «Про </w:t>
      </w:r>
      <w:proofErr w:type="spellStart"/>
      <w:r w:rsidRPr="006A5B25">
        <w:rPr>
          <w:lang w:val="ru-RU"/>
        </w:rPr>
        <w:t>оцінку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впливу</w:t>
      </w:r>
      <w:proofErr w:type="spellEnd"/>
      <w:r w:rsidRPr="006A5B25">
        <w:rPr>
          <w:lang w:val="ru-RU"/>
        </w:rPr>
        <w:t xml:space="preserve"> на </w:t>
      </w:r>
      <w:proofErr w:type="spellStart"/>
      <w:r w:rsidRPr="006A5B25">
        <w:rPr>
          <w:lang w:val="ru-RU"/>
        </w:rPr>
        <w:t>довкілля</w:t>
      </w:r>
      <w:proofErr w:type="spellEnd"/>
      <w:r w:rsidRPr="006A5B25">
        <w:rPr>
          <w:lang w:val="ru-RU"/>
        </w:rPr>
        <w:t xml:space="preserve">», </w:t>
      </w:r>
      <w:proofErr w:type="spellStart"/>
      <w:r w:rsidRPr="006A5B25">
        <w:rPr>
          <w:lang w:val="ru-RU"/>
        </w:rPr>
        <w:t>об’єкт</w:t>
      </w:r>
      <w:proofErr w:type="spellEnd"/>
      <w:r w:rsidRPr="006A5B25">
        <w:rPr>
          <w:lang w:val="ru-RU"/>
        </w:rPr>
        <w:t xml:space="preserve"> не </w:t>
      </w:r>
      <w:proofErr w:type="spellStart"/>
      <w:r w:rsidRPr="006A5B25">
        <w:rPr>
          <w:lang w:val="ru-RU"/>
        </w:rPr>
        <w:t>підлягає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оцінці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впливу</w:t>
      </w:r>
      <w:proofErr w:type="spellEnd"/>
      <w:r w:rsidRPr="006A5B25">
        <w:rPr>
          <w:lang w:val="ru-RU"/>
        </w:rPr>
        <w:t xml:space="preserve"> на </w:t>
      </w:r>
      <w:proofErr w:type="spellStart"/>
      <w:r w:rsidRPr="006A5B25">
        <w:rPr>
          <w:lang w:val="ru-RU"/>
        </w:rPr>
        <w:t>довкілля</w:t>
      </w:r>
      <w:proofErr w:type="spellEnd"/>
      <w:r w:rsidRPr="006A5B25">
        <w:rPr>
          <w:lang w:val="ru-RU"/>
        </w:rPr>
        <w:t>.</w:t>
      </w:r>
    </w:p>
    <w:p w14:paraId="04267522" w14:textId="0C706E4B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Загальний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опис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об'єкта</w:t>
      </w:r>
      <w:proofErr w:type="spellEnd"/>
      <w:r w:rsidRPr="006A5B25">
        <w:rPr>
          <w:b/>
          <w:i/>
          <w:lang w:val="ru-RU"/>
        </w:rPr>
        <w:t xml:space="preserve"> (</w:t>
      </w:r>
      <w:proofErr w:type="spellStart"/>
      <w:r w:rsidRPr="006A5B25">
        <w:rPr>
          <w:b/>
          <w:i/>
          <w:lang w:val="ru-RU"/>
        </w:rPr>
        <w:t>опис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виробництв</w:t>
      </w:r>
      <w:proofErr w:type="spellEnd"/>
      <w:r w:rsidRPr="006A5B25">
        <w:rPr>
          <w:b/>
          <w:i/>
          <w:lang w:val="ru-RU"/>
        </w:rPr>
        <w:t xml:space="preserve"> та </w:t>
      </w:r>
      <w:proofErr w:type="spellStart"/>
      <w:r w:rsidRPr="006A5B25">
        <w:rPr>
          <w:b/>
          <w:i/>
          <w:lang w:val="ru-RU"/>
        </w:rPr>
        <w:t>технологічного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устаткування</w:t>
      </w:r>
      <w:proofErr w:type="spellEnd"/>
      <w:r w:rsidRPr="006A5B25">
        <w:rPr>
          <w:b/>
          <w:i/>
          <w:lang w:val="ru-RU"/>
        </w:rPr>
        <w:t>) –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Основний</w:t>
      </w:r>
      <w:proofErr w:type="spellEnd"/>
      <w:r w:rsidRPr="006A5B25">
        <w:rPr>
          <w:lang w:val="ru-RU"/>
        </w:rPr>
        <w:t xml:space="preserve"> вид </w:t>
      </w:r>
      <w:proofErr w:type="spellStart"/>
      <w:r w:rsidRPr="006A5B25">
        <w:rPr>
          <w:lang w:val="ru-RU"/>
        </w:rPr>
        <w:t>діяльності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підприємства</w:t>
      </w:r>
      <w:proofErr w:type="spellEnd"/>
      <w:r w:rsidRPr="006A5B25">
        <w:rPr>
          <w:lang w:val="ru-RU"/>
        </w:rPr>
        <w:t xml:space="preserve"> – </w:t>
      </w:r>
      <w:proofErr w:type="spellStart"/>
      <w:r w:rsidRPr="006A5B25">
        <w:rPr>
          <w:lang w:val="ru-RU"/>
        </w:rPr>
        <w:t>постачання</w:t>
      </w:r>
      <w:proofErr w:type="spellEnd"/>
      <w:r w:rsidRPr="006A5B25">
        <w:rPr>
          <w:lang w:val="ru-RU"/>
        </w:rPr>
        <w:t xml:space="preserve"> пари, </w:t>
      </w:r>
      <w:proofErr w:type="spellStart"/>
      <w:r w:rsidRPr="006A5B25">
        <w:rPr>
          <w:lang w:val="ru-RU"/>
        </w:rPr>
        <w:t>гарячої</w:t>
      </w:r>
      <w:proofErr w:type="spellEnd"/>
      <w:r w:rsidRPr="006A5B25">
        <w:rPr>
          <w:lang w:val="ru-RU"/>
        </w:rPr>
        <w:t xml:space="preserve"> води та </w:t>
      </w:r>
      <w:proofErr w:type="spellStart"/>
      <w:r w:rsidRPr="006A5B25">
        <w:rPr>
          <w:lang w:val="ru-RU"/>
        </w:rPr>
        <w:t>кондиційованого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повітря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основний</w:t>
      </w:r>
      <w:proofErr w:type="spellEnd"/>
      <w:r w:rsidRPr="006A5B25">
        <w:rPr>
          <w:lang w:val="ru-RU"/>
        </w:rPr>
        <w:t xml:space="preserve"> код КВЕД 35.30. На </w:t>
      </w:r>
      <w:proofErr w:type="spellStart"/>
      <w:r w:rsidRPr="006A5B25">
        <w:rPr>
          <w:lang w:val="ru-RU"/>
        </w:rPr>
        <w:t>об’єкті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наявне</w:t>
      </w:r>
      <w:proofErr w:type="spellEnd"/>
      <w:r w:rsidRPr="006A5B25">
        <w:rPr>
          <w:lang w:val="ru-RU"/>
        </w:rPr>
        <w:t xml:space="preserve"> 1 </w:t>
      </w:r>
      <w:proofErr w:type="spellStart"/>
      <w:r w:rsidRPr="006A5B25">
        <w:rPr>
          <w:lang w:val="ru-RU"/>
        </w:rPr>
        <w:t>джерело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викидів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забруднюючих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речовин</w:t>
      </w:r>
      <w:proofErr w:type="spellEnd"/>
      <w:r w:rsidRPr="006A5B25">
        <w:rPr>
          <w:lang w:val="ru-RU"/>
        </w:rPr>
        <w:t xml:space="preserve"> в </w:t>
      </w:r>
      <w:proofErr w:type="spellStart"/>
      <w:r w:rsidRPr="006A5B25">
        <w:rPr>
          <w:lang w:val="ru-RU"/>
        </w:rPr>
        <w:t>атмосферне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повітря</w:t>
      </w:r>
      <w:proofErr w:type="spellEnd"/>
      <w:r w:rsidRPr="006A5B25">
        <w:rPr>
          <w:lang w:val="ru-RU"/>
        </w:rPr>
        <w:t xml:space="preserve">, а </w:t>
      </w:r>
      <w:proofErr w:type="spellStart"/>
      <w:r w:rsidRPr="006A5B25">
        <w:rPr>
          <w:lang w:val="ru-RU"/>
        </w:rPr>
        <w:t>саме</w:t>
      </w:r>
      <w:proofErr w:type="spellEnd"/>
      <w:r w:rsidRPr="006A5B25">
        <w:rPr>
          <w:lang w:val="ru-RU"/>
        </w:rPr>
        <w:t xml:space="preserve">: </w:t>
      </w:r>
      <w:proofErr w:type="spellStart"/>
      <w:r>
        <w:rPr>
          <w:lang w:val="ru-RU"/>
        </w:rPr>
        <w:t>твердопаливний</w:t>
      </w:r>
      <w:proofErr w:type="spellEnd"/>
      <w:r>
        <w:rPr>
          <w:lang w:val="ru-RU"/>
        </w:rPr>
        <w:t xml:space="preserve"> котел</w:t>
      </w:r>
      <w:r w:rsidRPr="006A5B25">
        <w:rPr>
          <w:lang w:val="ru-RU"/>
        </w:rPr>
        <w:t xml:space="preserve"> </w:t>
      </w:r>
      <w:proofErr w:type="spellStart"/>
      <w:r>
        <w:t>Termodinamik</w:t>
      </w:r>
      <w:proofErr w:type="spellEnd"/>
      <w:r w:rsidRPr="006A5B25">
        <w:rPr>
          <w:lang w:val="ru-RU"/>
        </w:rPr>
        <w:t xml:space="preserve"> </w:t>
      </w:r>
      <w:r>
        <w:t>EKY</w:t>
      </w:r>
      <w:r w:rsidRPr="006A5B25">
        <w:rPr>
          <w:lang w:val="ru-RU"/>
        </w:rPr>
        <w:t>/</w:t>
      </w:r>
      <w:r>
        <w:t>S</w:t>
      </w:r>
      <w:r w:rsidRPr="006A5B25">
        <w:rPr>
          <w:lang w:val="ru-RU"/>
        </w:rPr>
        <w:t xml:space="preserve">-100 </w:t>
      </w:r>
      <w:proofErr w:type="spellStart"/>
      <w:r w:rsidRPr="006A5B25">
        <w:rPr>
          <w:lang w:val="ru-RU"/>
        </w:rPr>
        <w:t>потужністю</w:t>
      </w:r>
      <w:proofErr w:type="spellEnd"/>
      <w:r w:rsidRPr="006A5B25">
        <w:rPr>
          <w:lang w:val="ru-RU"/>
        </w:rPr>
        <w:t xml:space="preserve"> 98 кВт, </w:t>
      </w:r>
      <w:proofErr w:type="spellStart"/>
      <w:r w:rsidRPr="006A5B25">
        <w:rPr>
          <w:lang w:val="ru-RU"/>
        </w:rPr>
        <w:t>паливом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якого</w:t>
      </w:r>
      <w:proofErr w:type="spellEnd"/>
      <w:r w:rsidRPr="006A5B25">
        <w:rPr>
          <w:lang w:val="ru-RU"/>
        </w:rPr>
        <w:t xml:space="preserve"> </w:t>
      </w:r>
      <w:r>
        <w:rPr>
          <w:lang w:val="ru-RU"/>
        </w:rPr>
        <w:t xml:space="preserve">є </w:t>
      </w:r>
      <w:proofErr w:type="spellStart"/>
      <w:r>
        <w:rPr>
          <w:lang w:val="ru-RU"/>
        </w:rPr>
        <w:t>суміш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пелет</w:t>
      </w:r>
      <w:proofErr w:type="spellEnd"/>
      <w:r>
        <w:rPr>
          <w:lang w:val="ru-RU"/>
        </w:rPr>
        <w:t xml:space="preserve"> з лузги </w:t>
      </w:r>
      <w:proofErr w:type="spellStart"/>
      <w:r>
        <w:rPr>
          <w:lang w:val="ru-RU"/>
        </w:rPr>
        <w:t>соняшника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деревини</w:t>
      </w:r>
      <w:proofErr w:type="spellEnd"/>
      <w:r>
        <w:rPr>
          <w:lang w:val="ru-RU"/>
        </w:rPr>
        <w:t>.</w:t>
      </w:r>
    </w:p>
    <w:p w14:paraId="7ED59C5E" w14:textId="51801A9F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Відомості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щодо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видів</w:t>
      </w:r>
      <w:proofErr w:type="spellEnd"/>
      <w:r w:rsidRPr="006A5B25">
        <w:rPr>
          <w:b/>
          <w:i/>
          <w:lang w:val="ru-RU"/>
        </w:rPr>
        <w:t xml:space="preserve"> та </w:t>
      </w:r>
      <w:proofErr w:type="spellStart"/>
      <w:r w:rsidRPr="006A5B25">
        <w:rPr>
          <w:b/>
          <w:i/>
          <w:lang w:val="ru-RU"/>
        </w:rPr>
        <w:t>обсягів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викидів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Від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джерел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викиду</w:t>
      </w:r>
      <w:proofErr w:type="spellEnd"/>
      <w:r w:rsidRPr="006A5B25">
        <w:rPr>
          <w:lang w:val="ru-RU"/>
        </w:rPr>
        <w:t xml:space="preserve"> в </w:t>
      </w:r>
      <w:proofErr w:type="spellStart"/>
      <w:r w:rsidRPr="006A5B25">
        <w:rPr>
          <w:lang w:val="ru-RU"/>
        </w:rPr>
        <w:t>атмосферне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повітря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надходять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такі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забруднюючі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речовини</w:t>
      </w:r>
      <w:proofErr w:type="spellEnd"/>
      <w:r w:rsidRPr="006A5B25">
        <w:rPr>
          <w:lang w:val="ru-RU"/>
        </w:rPr>
        <w:t xml:space="preserve">: </w:t>
      </w:r>
      <w:proofErr w:type="spellStart"/>
      <w:r w:rsidRPr="006A5B25">
        <w:rPr>
          <w:lang w:val="ru-RU"/>
        </w:rPr>
        <w:t>Речовини</w:t>
      </w:r>
      <w:proofErr w:type="spellEnd"/>
      <w:r w:rsidRPr="006A5B25">
        <w:rPr>
          <w:lang w:val="ru-RU"/>
        </w:rPr>
        <w:t xml:space="preserve"> у </w:t>
      </w:r>
      <w:proofErr w:type="spellStart"/>
      <w:r w:rsidRPr="006A5B25">
        <w:rPr>
          <w:lang w:val="ru-RU"/>
        </w:rPr>
        <w:t>вигляді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суспендованих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твердих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частинок</w:t>
      </w:r>
      <w:proofErr w:type="spellEnd"/>
      <w:r w:rsidRPr="006A5B25">
        <w:rPr>
          <w:lang w:val="ru-RU"/>
        </w:rPr>
        <w:t xml:space="preserve"> (</w:t>
      </w:r>
      <w:proofErr w:type="spellStart"/>
      <w:r w:rsidRPr="006A5B25">
        <w:rPr>
          <w:lang w:val="ru-RU"/>
        </w:rPr>
        <w:t>мікрочастинки</w:t>
      </w:r>
      <w:proofErr w:type="spellEnd"/>
      <w:r w:rsidRPr="006A5B25">
        <w:rPr>
          <w:lang w:val="ru-RU"/>
        </w:rPr>
        <w:t xml:space="preserve"> </w:t>
      </w:r>
      <w:r w:rsidRPr="006A5B25">
        <w:rPr>
          <w:lang w:val="ru-RU"/>
        </w:rPr>
        <w:t>та волокна) – 0,0222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Оксиди</w:t>
      </w:r>
      <w:proofErr w:type="spellEnd"/>
      <w:r w:rsidRPr="006A5B25">
        <w:rPr>
          <w:lang w:val="ru-RU"/>
        </w:rPr>
        <w:t xml:space="preserve"> азоту (у </w:t>
      </w:r>
      <w:proofErr w:type="spellStart"/>
      <w:r w:rsidRPr="006A5B25">
        <w:rPr>
          <w:lang w:val="ru-RU"/>
        </w:rPr>
        <w:t>перерахунку</w:t>
      </w:r>
      <w:proofErr w:type="spellEnd"/>
      <w:r w:rsidRPr="006A5B25">
        <w:rPr>
          <w:lang w:val="ru-RU"/>
        </w:rPr>
        <w:t xml:space="preserve"> на </w:t>
      </w:r>
      <w:proofErr w:type="spellStart"/>
      <w:r w:rsidRPr="006A5B25">
        <w:rPr>
          <w:lang w:val="ru-RU"/>
        </w:rPr>
        <w:t>діоксид</w:t>
      </w:r>
      <w:proofErr w:type="spellEnd"/>
      <w:r w:rsidRPr="006A5B25">
        <w:rPr>
          <w:lang w:val="ru-RU"/>
        </w:rPr>
        <w:t xml:space="preserve"> азоту [</w:t>
      </w:r>
      <w:r>
        <w:t>NO</w:t>
      </w:r>
      <w:r w:rsidRPr="006A5B25">
        <w:rPr>
          <w:lang w:val="ru-RU"/>
        </w:rPr>
        <w:t xml:space="preserve"> + </w:t>
      </w:r>
      <w:r>
        <w:t>NO</w:t>
      </w:r>
      <w:r w:rsidRPr="006A5B25">
        <w:rPr>
          <w:lang w:val="ru-RU"/>
        </w:rPr>
        <w:t>2]) – 0,07534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>, Азоту(1) оксид (</w:t>
      </w:r>
      <w:r>
        <w:t>N</w:t>
      </w:r>
      <w:r w:rsidRPr="006A5B25">
        <w:rPr>
          <w:lang w:val="ru-RU"/>
        </w:rPr>
        <w:t>2</w:t>
      </w:r>
      <w:r>
        <w:t>O</w:t>
      </w:r>
      <w:r w:rsidRPr="006A5B25">
        <w:rPr>
          <w:lang w:val="ru-RU"/>
        </w:rPr>
        <w:t>) – 0,005763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Сірки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діоксид</w:t>
      </w:r>
      <w:proofErr w:type="spellEnd"/>
      <w:r w:rsidRPr="006A5B25">
        <w:rPr>
          <w:lang w:val="ru-RU"/>
        </w:rPr>
        <w:t xml:space="preserve"> – 0,0311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 xml:space="preserve">, Оксид </w:t>
      </w:r>
      <w:proofErr w:type="spellStart"/>
      <w:r w:rsidRPr="006A5B25">
        <w:rPr>
          <w:lang w:val="ru-RU"/>
        </w:rPr>
        <w:t>вуглецю</w:t>
      </w:r>
      <w:proofErr w:type="spellEnd"/>
      <w:r w:rsidRPr="006A5B25">
        <w:rPr>
          <w:lang w:val="ru-RU"/>
        </w:rPr>
        <w:t xml:space="preserve"> – 1,413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Вуглецю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діоксид</w:t>
      </w:r>
      <w:proofErr w:type="spellEnd"/>
      <w:r w:rsidRPr="006A5B25">
        <w:rPr>
          <w:lang w:val="ru-RU"/>
        </w:rPr>
        <w:t xml:space="preserve"> – 97,71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Неметанові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леткі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органічн</w:t>
      </w:r>
      <w:r w:rsidRPr="006A5B25">
        <w:rPr>
          <w:lang w:val="ru-RU"/>
        </w:rPr>
        <w:t>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сполуки</w:t>
      </w:r>
      <w:proofErr w:type="spellEnd"/>
      <w:r w:rsidRPr="006A5B25">
        <w:rPr>
          <w:lang w:val="ru-RU"/>
        </w:rPr>
        <w:t xml:space="preserve"> (НМЛОС) – 0,0566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>, Метан – 0,00961 т/</w:t>
      </w:r>
      <w:proofErr w:type="spellStart"/>
      <w:r w:rsidRPr="006A5B25">
        <w:rPr>
          <w:lang w:val="ru-RU"/>
        </w:rPr>
        <w:t>рік</w:t>
      </w:r>
      <w:proofErr w:type="spellEnd"/>
      <w:r w:rsidRPr="006A5B25">
        <w:rPr>
          <w:lang w:val="ru-RU"/>
        </w:rPr>
        <w:t xml:space="preserve">. </w:t>
      </w:r>
    </w:p>
    <w:p w14:paraId="63DCB742" w14:textId="77777777" w:rsidR="00C857E0" w:rsidRPr="006A5B25" w:rsidRDefault="006A5B25" w:rsidP="006A5B25">
      <w:pPr>
        <w:spacing w:after="0"/>
        <w:jc w:val="both"/>
        <w:rPr>
          <w:lang w:val="ru-RU"/>
        </w:rPr>
      </w:pPr>
      <w:r w:rsidRPr="006A5B25">
        <w:rPr>
          <w:b/>
          <w:i/>
          <w:lang w:val="ru-RU"/>
        </w:rPr>
        <w:t xml:space="preserve">Заходи </w:t>
      </w:r>
      <w:proofErr w:type="spellStart"/>
      <w:r w:rsidRPr="006A5B25">
        <w:rPr>
          <w:b/>
          <w:i/>
          <w:lang w:val="ru-RU"/>
        </w:rPr>
        <w:t>щодо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впровадження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найкращих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існуючих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технологій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виробництва</w:t>
      </w:r>
      <w:proofErr w:type="spellEnd"/>
      <w:r w:rsidRPr="006A5B25">
        <w:rPr>
          <w:b/>
          <w:i/>
          <w:lang w:val="ru-RU"/>
        </w:rPr>
        <w:t xml:space="preserve">, </w:t>
      </w:r>
      <w:proofErr w:type="spellStart"/>
      <w:r w:rsidRPr="006A5B25">
        <w:rPr>
          <w:b/>
          <w:i/>
          <w:lang w:val="ru-RU"/>
        </w:rPr>
        <w:t>що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виконані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або</w:t>
      </w:r>
      <w:proofErr w:type="spellEnd"/>
      <w:r w:rsidRPr="006A5B25">
        <w:rPr>
          <w:b/>
          <w:i/>
          <w:lang w:val="ru-RU"/>
        </w:rPr>
        <w:t xml:space="preserve">/та </w:t>
      </w:r>
      <w:proofErr w:type="spellStart"/>
      <w:r w:rsidRPr="006A5B25">
        <w:rPr>
          <w:b/>
          <w:i/>
          <w:lang w:val="ru-RU"/>
        </w:rPr>
        <w:t>які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потребують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виконання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На </w:t>
      </w:r>
      <w:proofErr w:type="spellStart"/>
      <w:r w:rsidRPr="006A5B25">
        <w:rPr>
          <w:lang w:val="ru-RU"/>
        </w:rPr>
        <w:t>об’єкті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відсутні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виробництва</w:t>
      </w:r>
      <w:proofErr w:type="spellEnd"/>
      <w:r w:rsidRPr="006A5B25">
        <w:rPr>
          <w:lang w:val="ru-RU"/>
        </w:rPr>
        <w:t xml:space="preserve"> та </w:t>
      </w:r>
      <w:proofErr w:type="spellStart"/>
      <w:r w:rsidRPr="006A5B25">
        <w:rPr>
          <w:lang w:val="ru-RU"/>
        </w:rPr>
        <w:t>устаткування</w:t>
      </w:r>
      <w:proofErr w:type="spellEnd"/>
      <w:r w:rsidRPr="006A5B25">
        <w:rPr>
          <w:lang w:val="ru-RU"/>
        </w:rPr>
        <w:t>,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які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підлягають</w:t>
      </w:r>
      <w:proofErr w:type="spellEnd"/>
      <w:r w:rsidRPr="006A5B25">
        <w:rPr>
          <w:lang w:val="ru-RU"/>
        </w:rPr>
        <w:t xml:space="preserve"> до </w:t>
      </w:r>
      <w:proofErr w:type="spellStart"/>
      <w:r w:rsidRPr="006A5B25">
        <w:rPr>
          <w:lang w:val="ru-RU"/>
        </w:rPr>
        <w:t>впровадження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найкращих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доступних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технологій</w:t>
      </w:r>
      <w:proofErr w:type="spellEnd"/>
      <w:r w:rsidRPr="006A5B25">
        <w:rPr>
          <w:lang w:val="ru-RU"/>
        </w:rPr>
        <w:t xml:space="preserve"> та </w:t>
      </w:r>
      <w:proofErr w:type="spellStart"/>
      <w:r w:rsidRPr="006A5B25">
        <w:rPr>
          <w:lang w:val="ru-RU"/>
        </w:rPr>
        <w:t>методів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керування</w:t>
      </w:r>
      <w:proofErr w:type="spellEnd"/>
      <w:r w:rsidRPr="006A5B25">
        <w:rPr>
          <w:lang w:val="ru-RU"/>
        </w:rPr>
        <w:t>.</w:t>
      </w:r>
    </w:p>
    <w:p w14:paraId="256F5B96" w14:textId="77777777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Перелік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заходів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щодо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скорочення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викидів</w:t>
      </w:r>
      <w:proofErr w:type="spellEnd"/>
      <w:r w:rsidRPr="006A5B25">
        <w:rPr>
          <w:b/>
          <w:i/>
          <w:lang w:val="ru-RU"/>
        </w:rPr>
        <w:t xml:space="preserve">, </w:t>
      </w:r>
      <w:proofErr w:type="spellStart"/>
      <w:r w:rsidRPr="006A5B25">
        <w:rPr>
          <w:b/>
          <w:i/>
          <w:lang w:val="ru-RU"/>
        </w:rPr>
        <w:t>що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виконані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або</w:t>
      </w:r>
      <w:proofErr w:type="spellEnd"/>
      <w:r w:rsidRPr="006A5B25">
        <w:rPr>
          <w:b/>
          <w:i/>
          <w:lang w:val="ru-RU"/>
        </w:rPr>
        <w:t xml:space="preserve">/та </w:t>
      </w:r>
      <w:proofErr w:type="spellStart"/>
      <w:r w:rsidRPr="006A5B25">
        <w:rPr>
          <w:b/>
          <w:i/>
          <w:lang w:val="ru-RU"/>
        </w:rPr>
        <w:t>які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потребують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виконання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Не </w:t>
      </w:r>
      <w:proofErr w:type="spellStart"/>
      <w:r w:rsidRPr="006A5B25">
        <w:rPr>
          <w:lang w:val="ru-RU"/>
        </w:rPr>
        <w:t>передбачені</w:t>
      </w:r>
      <w:proofErr w:type="spellEnd"/>
      <w:r w:rsidRPr="006A5B25">
        <w:rPr>
          <w:lang w:val="ru-RU"/>
        </w:rPr>
        <w:t xml:space="preserve">. </w:t>
      </w:r>
      <w:proofErr w:type="spellStart"/>
      <w:r w:rsidRPr="006A5B25">
        <w:rPr>
          <w:lang w:val="ru-RU"/>
        </w:rPr>
        <w:t>Викиди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забруднюючих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речовин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від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стаціонарних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джерел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об’єкта</w:t>
      </w:r>
      <w:proofErr w:type="spellEnd"/>
      <w:r w:rsidRPr="006A5B25">
        <w:rPr>
          <w:lang w:val="ru-RU"/>
        </w:rPr>
        <w:t xml:space="preserve"> не </w:t>
      </w:r>
      <w:proofErr w:type="spellStart"/>
      <w:r w:rsidRPr="006A5B25">
        <w:rPr>
          <w:lang w:val="ru-RU"/>
        </w:rPr>
        <w:t>перев</w:t>
      </w:r>
      <w:r w:rsidRPr="006A5B25">
        <w:rPr>
          <w:lang w:val="ru-RU"/>
        </w:rPr>
        <w:t>ищують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встановлені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нормативи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граничнодопустимих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викидів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відповідно</w:t>
      </w:r>
      <w:proofErr w:type="spellEnd"/>
      <w:r w:rsidRPr="006A5B25">
        <w:rPr>
          <w:lang w:val="ru-RU"/>
        </w:rPr>
        <w:t xml:space="preserve"> до </w:t>
      </w:r>
      <w:proofErr w:type="spellStart"/>
      <w:r w:rsidRPr="006A5B25">
        <w:rPr>
          <w:lang w:val="ru-RU"/>
        </w:rPr>
        <w:t>законодавства</w:t>
      </w:r>
      <w:proofErr w:type="spellEnd"/>
      <w:r w:rsidRPr="006A5B25">
        <w:rPr>
          <w:lang w:val="ru-RU"/>
        </w:rPr>
        <w:t xml:space="preserve">, тому заходи </w:t>
      </w:r>
      <w:proofErr w:type="spellStart"/>
      <w:r w:rsidRPr="006A5B25">
        <w:rPr>
          <w:lang w:val="ru-RU"/>
        </w:rPr>
        <w:t>щодо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скорочення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викидів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забруднюючих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речовин</w:t>
      </w:r>
      <w:proofErr w:type="spellEnd"/>
      <w:r w:rsidRPr="006A5B25">
        <w:rPr>
          <w:lang w:val="ru-RU"/>
        </w:rPr>
        <w:t xml:space="preserve"> не </w:t>
      </w:r>
      <w:proofErr w:type="spellStart"/>
      <w:r w:rsidRPr="006A5B25">
        <w:rPr>
          <w:lang w:val="ru-RU"/>
        </w:rPr>
        <w:t>розробляються</w:t>
      </w:r>
      <w:proofErr w:type="spellEnd"/>
      <w:r w:rsidRPr="006A5B25">
        <w:rPr>
          <w:lang w:val="ru-RU"/>
        </w:rPr>
        <w:t>.</w:t>
      </w:r>
    </w:p>
    <w:p w14:paraId="3C193F97" w14:textId="77777777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Дотримання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виконання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природоохоронних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заходів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щодо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скорочення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викидів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Заходи не </w:t>
      </w:r>
      <w:proofErr w:type="spellStart"/>
      <w:r w:rsidRPr="006A5B25">
        <w:rPr>
          <w:lang w:val="ru-RU"/>
        </w:rPr>
        <w:t>передбачені</w:t>
      </w:r>
      <w:proofErr w:type="spellEnd"/>
      <w:r w:rsidRPr="006A5B25">
        <w:rPr>
          <w:lang w:val="ru-RU"/>
        </w:rPr>
        <w:t>.</w:t>
      </w:r>
    </w:p>
    <w:p w14:paraId="2FA9633E" w14:textId="77777777" w:rsidR="00C857E0" w:rsidRPr="006A5B25" w:rsidRDefault="006A5B25" w:rsidP="006A5B25">
      <w:pPr>
        <w:spacing w:after="0"/>
        <w:jc w:val="both"/>
        <w:rPr>
          <w:lang w:val="ru-RU"/>
        </w:rPr>
      </w:pPr>
      <w:proofErr w:type="spellStart"/>
      <w:r w:rsidRPr="006A5B25">
        <w:rPr>
          <w:b/>
          <w:i/>
          <w:lang w:val="ru-RU"/>
        </w:rPr>
        <w:t>В</w:t>
      </w:r>
      <w:r w:rsidRPr="006A5B25">
        <w:rPr>
          <w:b/>
          <w:i/>
          <w:lang w:val="ru-RU"/>
        </w:rPr>
        <w:t>ідповідність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пропозицій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щодо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дозволених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обсягів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викидів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законодавству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Викиди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забруднюючих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речовин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відповідають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вимогам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законодавства</w:t>
      </w:r>
      <w:proofErr w:type="spellEnd"/>
      <w:r w:rsidRPr="006A5B25">
        <w:rPr>
          <w:lang w:val="ru-RU"/>
        </w:rPr>
        <w:t>.</w:t>
      </w:r>
    </w:p>
    <w:p w14:paraId="1050FDC5" w14:textId="77777777" w:rsidR="00C857E0" w:rsidRPr="006A5B25" w:rsidRDefault="006A5B25" w:rsidP="006A5B25">
      <w:pPr>
        <w:spacing w:after="0"/>
        <w:jc w:val="both"/>
        <w:rPr>
          <w:lang w:val="ru-RU"/>
        </w:rPr>
      </w:pPr>
      <w:r w:rsidRPr="006A5B25">
        <w:rPr>
          <w:b/>
          <w:i/>
          <w:lang w:val="ru-RU"/>
        </w:rPr>
        <w:t xml:space="preserve">Адреса </w:t>
      </w:r>
      <w:proofErr w:type="spellStart"/>
      <w:r w:rsidRPr="006A5B25">
        <w:rPr>
          <w:b/>
          <w:i/>
          <w:lang w:val="ru-RU"/>
        </w:rPr>
        <w:t>держадміністрації</w:t>
      </w:r>
      <w:proofErr w:type="spellEnd"/>
      <w:r w:rsidRPr="006A5B25">
        <w:rPr>
          <w:b/>
          <w:i/>
          <w:lang w:val="ru-RU"/>
        </w:rPr>
        <w:t xml:space="preserve"> з </w:t>
      </w:r>
      <w:proofErr w:type="spellStart"/>
      <w:r w:rsidRPr="006A5B25">
        <w:rPr>
          <w:b/>
          <w:i/>
          <w:lang w:val="ru-RU"/>
        </w:rPr>
        <w:t>питань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охорони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навколишнього</w:t>
      </w:r>
      <w:proofErr w:type="spellEnd"/>
      <w:r w:rsidRPr="006A5B25">
        <w:rPr>
          <w:b/>
          <w:i/>
          <w:lang w:val="ru-RU"/>
        </w:rPr>
        <w:t xml:space="preserve"> природного </w:t>
      </w:r>
      <w:proofErr w:type="spellStart"/>
      <w:r w:rsidRPr="006A5B25">
        <w:rPr>
          <w:b/>
          <w:i/>
          <w:lang w:val="ru-RU"/>
        </w:rPr>
        <w:t>середовища</w:t>
      </w:r>
      <w:proofErr w:type="spellEnd"/>
      <w:r w:rsidRPr="006A5B25">
        <w:rPr>
          <w:b/>
          <w:i/>
          <w:lang w:val="ru-RU"/>
        </w:rPr>
        <w:t xml:space="preserve">, до </w:t>
      </w:r>
      <w:proofErr w:type="spellStart"/>
      <w:r w:rsidRPr="006A5B25">
        <w:rPr>
          <w:b/>
          <w:i/>
          <w:lang w:val="ru-RU"/>
        </w:rPr>
        <w:t>якої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можуть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надсилатися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зауваження</w:t>
      </w:r>
      <w:proofErr w:type="spellEnd"/>
      <w:r w:rsidRPr="006A5B25">
        <w:rPr>
          <w:b/>
          <w:i/>
          <w:lang w:val="ru-RU"/>
        </w:rPr>
        <w:t xml:space="preserve"> та </w:t>
      </w:r>
      <w:proofErr w:type="spellStart"/>
      <w:r w:rsidRPr="006A5B25">
        <w:rPr>
          <w:b/>
          <w:i/>
          <w:lang w:val="ru-RU"/>
        </w:rPr>
        <w:t>пропозиції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громадськості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щодо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дозволу</w:t>
      </w:r>
      <w:proofErr w:type="spellEnd"/>
      <w:r w:rsidRPr="006A5B25">
        <w:rPr>
          <w:b/>
          <w:i/>
          <w:lang w:val="ru-RU"/>
        </w:rPr>
        <w:t xml:space="preserve"> на </w:t>
      </w:r>
      <w:proofErr w:type="spellStart"/>
      <w:r w:rsidRPr="006A5B25">
        <w:rPr>
          <w:b/>
          <w:i/>
          <w:lang w:val="ru-RU"/>
        </w:rPr>
        <w:t>викиди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Вінницька</w:t>
      </w:r>
      <w:proofErr w:type="spellEnd"/>
      <w:r w:rsidRPr="006A5B25">
        <w:rPr>
          <w:lang w:val="ru-RU"/>
        </w:rPr>
        <w:t xml:space="preserve"> ОВА за </w:t>
      </w:r>
      <w:proofErr w:type="spellStart"/>
      <w:r w:rsidRPr="006A5B25">
        <w:rPr>
          <w:lang w:val="ru-RU"/>
        </w:rPr>
        <w:t>адресою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Вінницька</w:t>
      </w:r>
      <w:proofErr w:type="spellEnd"/>
      <w:r w:rsidRPr="006A5B25">
        <w:rPr>
          <w:lang w:val="ru-RU"/>
        </w:rPr>
        <w:t xml:space="preserve"> обл., м. </w:t>
      </w:r>
      <w:proofErr w:type="spellStart"/>
      <w:r w:rsidRPr="006A5B25">
        <w:rPr>
          <w:lang w:val="ru-RU"/>
        </w:rPr>
        <w:t>Вінниця</w:t>
      </w:r>
      <w:proofErr w:type="spellEnd"/>
      <w:r w:rsidRPr="006A5B25">
        <w:rPr>
          <w:lang w:val="ru-RU"/>
        </w:rPr>
        <w:t xml:space="preserve">, </w:t>
      </w:r>
      <w:proofErr w:type="spellStart"/>
      <w:r w:rsidRPr="006A5B25">
        <w:rPr>
          <w:lang w:val="ru-RU"/>
        </w:rPr>
        <w:t>вул</w:t>
      </w:r>
      <w:proofErr w:type="spellEnd"/>
      <w:r w:rsidRPr="006A5B25">
        <w:rPr>
          <w:lang w:val="ru-RU"/>
        </w:rPr>
        <w:t xml:space="preserve">. </w:t>
      </w:r>
      <w:proofErr w:type="spellStart"/>
      <w:r w:rsidRPr="006A5B25">
        <w:rPr>
          <w:lang w:val="ru-RU"/>
        </w:rPr>
        <w:t>Соборна</w:t>
      </w:r>
      <w:proofErr w:type="spellEnd"/>
      <w:r w:rsidRPr="006A5B25">
        <w:rPr>
          <w:lang w:val="ru-RU"/>
        </w:rPr>
        <w:t xml:space="preserve">, 70, тел. (0432) 32-25-35, 32-35-35, </w:t>
      </w:r>
      <w:r>
        <w:t>email</w:t>
      </w:r>
      <w:r w:rsidRPr="006A5B25">
        <w:rPr>
          <w:lang w:val="ru-RU"/>
        </w:rPr>
        <w:t xml:space="preserve">: </w:t>
      </w:r>
      <w:proofErr w:type="spellStart"/>
      <w:r>
        <w:t>oda</w:t>
      </w:r>
      <w:proofErr w:type="spellEnd"/>
      <w:r w:rsidRPr="006A5B25">
        <w:rPr>
          <w:lang w:val="ru-RU"/>
        </w:rPr>
        <w:t>@</w:t>
      </w:r>
      <w:r>
        <w:t>vin</w:t>
      </w:r>
      <w:r w:rsidRPr="006A5B25">
        <w:rPr>
          <w:lang w:val="ru-RU"/>
        </w:rPr>
        <w:t>.</w:t>
      </w:r>
      <w:r>
        <w:t>gov</w:t>
      </w:r>
      <w:r w:rsidRPr="006A5B25">
        <w:rPr>
          <w:lang w:val="ru-RU"/>
        </w:rPr>
        <w:t>.</w:t>
      </w:r>
      <w:proofErr w:type="spellStart"/>
      <w:r>
        <w:t>ua</w:t>
      </w:r>
      <w:proofErr w:type="spellEnd"/>
    </w:p>
    <w:p w14:paraId="0E24238B" w14:textId="77777777" w:rsidR="00C857E0" w:rsidRPr="006A5B25" w:rsidRDefault="006A5B25" w:rsidP="006A5B25">
      <w:pPr>
        <w:spacing w:after="0"/>
        <w:jc w:val="both"/>
        <w:rPr>
          <w:lang w:val="ru-RU"/>
        </w:rPr>
      </w:pPr>
      <w:r w:rsidRPr="006A5B25">
        <w:rPr>
          <w:b/>
          <w:i/>
          <w:lang w:val="ru-RU"/>
        </w:rPr>
        <w:t xml:space="preserve">Строки </w:t>
      </w:r>
      <w:proofErr w:type="spellStart"/>
      <w:r w:rsidRPr="006A5B25">
        <w:rPr>
          <w:b/>
          <w:i/>
          <w:lang w:val="ru-RU"/>
        </w:rPr>
        <w:t>подання</w:t>
      </w:r>
      <w:proofErr w:type="spellEnd"/>
      <w:r w:rsidRPr="006A5B25">
        <w:rPr>
          <w:b/>
          <w:i/>
          <w:lang w:val="ru-RU"/>
        </w:rPr>
        <w:t xml:space="preserve"> </w:t>
      </w:r>
      <w:proofErr w:type="spellStart"/>
      <w:r w:rsidRPr="006A5B25">
        <w:rPr>
          <w:b/>
          <w:i/>
          <w:lang w:val="ru-RU"/>
        </w:rPr>
        <w:t>зауважень</w:t>
      </w:r>
      <w:proofErr w:type="spellEnd"/>
      <w:r w:rsidRPr="006A5B25">
        <w:rPr>
          <w:b/>
          <w:i/>
          <w:lang w:val="ru-RU"/>
        </w:rPr>
        <w:t xml:space="preserve"> та </w:t>
      </w:r>
      <w:proofErr w:type="spellStart"/>
      <w:r w:rsidRPr="006A5B25">
        <w:rPr>
          <w:b/>
          <w:i/>
          <w:lang w:val="ru-RU"/>
        </w:rPr>
        <w:t>пропозицій</w:t>
      </w:r>
      <w:proofErr w:type="spellEnd"/>
      <w:r w:rsidRPr="006A5B25">
        <w:rPr>
          <w:b/>
          <w:i/>
          <w:lang w:val="ru-RU"/>
        </w:rPr>
        <w:t xml:space="preserve"> –</w:t>
      </w:r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протягом</w:t>
      </w:r>
      <w:proofErr w:type="spellEnd"/>
      <w:r w:rsidRPr="006A5B25">
        <w:rPr>
          <w:lang w:val="ru-RU"/>
        </w:rPr>
        <w:t xml:space="preserve"> 30 </w:t>
      </w:r>
      <w:proofErr w:type="spellStart"/>
      <w:r w:rsidRPr="006A5B25">
        <w:rPr>
          <w:lang w:val="ru-RU"/>
        </w:rPr>
        <w:t>календарних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днів</w:t>
      </w:r>
      <w:proofErr w:type="spellEnd"/>
      <w:r w:rsidRPr="006A5B25">
        <w:rPr>
          <w:lang w:val="ru-RU"/>
        </w:rPr>
        <w:t xml:space="preserve"> з моменту </w:t>
      </w:r>
      <w:proofErr w:type="spellStart"/>
      <w:r w:rsidRPr="006A5B25">
        <w:rPr>
          <w:lang w:val="ru-RU"/>
        </w:rPr>
        <w:t>в</w:t>
      </w:r>
      <w:r w:rsidRPr="006A5B25">
        <w:rPr>
          <w:lang w:val="ru-RU"/>
        </w:rPr>
        <w:t>иходу</w:t>
      </w:r>
      <w:proofErr w:type="spellEnd"/>
      <w:r w:rsidRPr="006A5B25">
        <w:rPr>
          <w:lang w:val="ru-RU"/>
        </w:rPr>
        <w:t xml:space="preserve"> </w:t>
      </w:r>
      <w:proofErr w:type="spellStart"/>
      <w:r w:rsidRPr="006A5B25">
        <w:rPr>
          <w:lang w:val="ru-RU"/>
        </w:rPr>
        <w:t>повідомлення</w:t>
      </w:r>
      <w:proofErr w:type="spellEnd"/>
      <w:r w:rsidRPr="006A5B25">
        <w:rPr>
          <w:lang w:val="ru-RU"/>
        </w:rPr>
        <w:t>.</w:t>
      </w:r>
    </w:p>
    <w:sectPr w:rsidR="00C857E0" w:rsidRPr="006A5B25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5B25"/>
    <w:rsid w:val="00AA1D8D"/>
    <w:rsid w:val="00B47730"/>
    <w:rsid w:val="00C857E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AAC53"/>
  <w14:defaultImageDpi w14:val="300"/>
  <w15:docId w15:val="{C65278F0-6072-45BA-AC77-5C0E360B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2038</Words>
  <Characters>1162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Даша</cp:lastModifiedBy>
  <cp:revision>2</cp:revision>
  <dcterms:created xsi:type="dcterms:W3CDTF">2013-12-23T23:15:00Z</dcterms:created>
  <dcterms:modified xsi:type="dcterms:W3CDTF">2026-10-06T06:37:00Z</dcterms:modified>
  <cp:category/>
</cp:coreProperties>
</file>